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9016" w14:textId="57B63E8B" w:rsidR="005A07A8" w:rsidRPr="00A836A8" w:rsidRDefault="00B5481C">
      <w:pPr>
        <w:jc w:val="center"/>
        <w:rPr>
          <w:rFonts w:asciiTheme="minorHAnsi" w:hAnsiTheme="minorHAnsi"/>
          <w:u w:val="single"/>
          <w:lang w:val="it-IT"/>
        </w:rPr>
      </w:pPr>
      <w:r w:rsidRPr="00A836A8">
        <w:rPr>
          <w:rFonts w:asciiTheme="minorHAnsi" w:hAnsiTheme="minorHAnsi"/>
          <w:b/>
          <w:sz w:val="28"/>
          <w:u w:val="single"/>
          <w:lang w:val="it-IT"/>
        </w:rPr>
        <w:t xml:space="preserve">MODULO DI ADESIONE </w:t>
      </w:r>
      <w:r w:rsidR="00073499" w:rsidRPr="00A836A8">
        <w:rPr>
          <w:rFonts w:asciiTheme="minorHAnsi" w:hAnsiTheme="minorHAnsi"/>
          <w:b/>
          <w:sz w:val="28"/>
          <w:u w:val="single"/>
          <w:lang w:val="it-IT"/>
        </w:rPr>
        <w:t>PERCORSO PARTECIPATIVO</w:t>
      </w:r>
    </w:p>
    <w:p w14:paraId="4455B61C" w14:textId="77777777" w:rsidR="00073499" w:rsidRPr="00073499" w:rsidRDefault="00073499" w:rsidP="00073499">
      <w:pPr>
        <w:spacing w:after="0"/>
        <w:jc w:val="center"/>
        <w:rPr>
          <w:rFonts w:asciiTheme="minorHAnsi" w:hAnsiTheme="minorHAnsi" w:cs="Times New Roman"/>
          <w:lang w:val="it-IT"/>
        </w:rPr>
      </w:pPr>
      <w:r w:rsidRPr="00073499">
        <w:rPr>
          <w:rFonts w:asciiTheme="minorHAnsi" w:hAnsiTheme="minorHAnsi" w:cs="Times New Roman"/>
          <w:b/>
          <w:sz w:val="36"/>
          <w:lang w:val="it-IT"/>
        </w:rPr>
        <w:t>Marcianise verso un Futuro Sostenibile</w:t>
      </w:r>
    </w:p>
    <w:p w14:paraId="27383973" w14:textId="77777777" w:rsidR="00073499" w:rsidRPr="00073499" w:rsidRDefault="00073499" w:rsidP="00073499">
      <w:pPr>
        <w:spacing w:after="0"/>
        <w:jc w:val="center"/>
        <w:rPr>
          <w:rFonts w:asciiTheme="minorHAnsi" w:hAnsiTheme="minorHAnsi" w:cs="Times New Roman"/>
          <w:b/>
          <w:bCs/>
          <w:lang w:val="it-IT"/>
        </w:rPr>
      </w:pPr>
      <w:r w:rsidRPr="00073499">
        <w:rPr>
          <w:rFonts w:asciiTheme="minorHAnsi" w:hAnsiTheme="minorHAnsi" w:cs="Times New Roman"/>
          <w:b/>
          <w:bCs/>
          <w:i/>
          <w:lang w:val="it-IT"/>
        </w:rPr>
        <w:t>Strategia partecipata per la rigenerazione urbana e la valorizzazione dei paesaggi e del territorio</w:t>
      </w:r>
    </w:p>
    <w:p w14:paraId="781859E3" w14:textId="77777777" w:rsidR="00073499" w:rsidRPr="00A836A8" w:rsidRDefault="00073499">
      <w:pPr>
        <w:rPr>
          <w:rFonts w:asciiTheme="minorHAnsi" w:hAnsiTheme="minorHAnsi"/>
          <w:lang w:val="it-IT"/>
        </w:rPr>
      </w:pPr>
    </w:p>
    <w:p w14:paraId="23C5194F" w14:textId="5FEBA16A" w:rsidR="005A07A8" w:rsidRPr="00073499" w:rsidRDefault="00B5481C" w:rsidP="00073499">
      <w:pPr>
        <w:jc w:val="both"/>
        <w:rPr>
          <w:rFonts w:asciiTheme="minorHAnsi" w:hAnsiTheme="minorHAnsi"/>
          <w:lang w:val="it-IT"/>
        </w:rPr>
      </w:pPr>
      <w:r w:rsidRPr="00073499">
        <w:rPr>
          <w:rFonts w:asciiTheme="minorHAnsi" w:hAnsiTheme="minorHAnsi"/>
          <w:lang w:val="it-IT"/>
        </w:rPr>
        <w:t>Il presente modulo consente di manifestare la disponibilità ad essere coinvolti nel percorso partecipativo del Comune di Marcianise. È possibile aderire come singoli cittadini o come rappresentanti di enti</w:t>
      </w:r>
      <w:r w:rsidR="00073499" w:rsidRPr="00073499">
        <w:rPr>
          <w:rFonts w:asciiTheme="minorHAnsi" w:hAnsiTheme="minorHAnsi"/>
          <w:lang w:val="it-IT"/>
        </w:rPr>
        <w:t xml:space="preserve">, </w:t>
      </w:r>
      <w:r w:rsidRPr="00073499">
        <w:rPr>
          <w:rFonts w:asciiTheme="minorHAnsi" w:hAnsiTheme="minorHAnsi"/>
          <w:lang w:val="it-IT"/>
        </w:rPr>
        <w:t>associazioni</w:t>
      </w:r>
      <w:r w:rsidR="00073499" w:rsidRPr="00073499">
        <w:rPr>
          <w:rFonts w:asciiTheme="minorHAnsi" w:hAnsiTheme="minorHAnsi"/>
          <w:lang w:val="it-IT"/>
        </w:rPr>
        <w:t xml:space="preserve"> e </w:t>
      </w:r>
      <w:r w:rsidRPr="00073499">
        <w:rPr>
          <w:rFonts w:asciiTheme="minorHAnsi" w:hAnsiTheme="minorHAnsi"/>
          <w:lang w:val="it-IT"/>
        </w:rPr>
        <w:t>imprese.</w:t>
      </w:r>
    </w:p>
    <w:p w14:paraId="5A195737" w14:textId="77777777" w:rsidR="005A07A8" w:rsidRPr="00073499" w:rsidRDefault="00B5481C">
      <w:pPr>
        <w:rPr>
          <w:rFonts w:asciiTheme="minorHAnsi" w:hAnsiTheme="minorHAnsi"/>
        </w:rPr>
      </w:pPr>
      <w:r w:rsidRPr="00073499">
        <w:rPr>
          <w:rFonts w:asciiTheme="minorHAnsi" w:hAnsiTheme="minorHAnsi"/>
          <w:b/>
        </w:rPr>
        <w:t>A) DATI DEL SOGGETTO ADERENTE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798"/>
        <w:gridCol w:w="2867"/>
        <w:gridCol w:w="1927"/>
        <w:gridCol w:w="2370"/>
      </w:tblGrid>
      <w:tr w:rsidR="005A07A8" w:rsidRPr="00073499" w14:paraId="07334498" w14:textId="77777777" w:rsidTr="00073499">
        <w:trPr>
          <w:trHeight w:val="667"/>
          <w:jc w:val="center"/>
        </w:trPr>
        <w:tc>
          <w:tcPr>
            <w:tcW w:w="2798" w:type="dxa"/>
            <w:vAlign w:val="center"/>
          </w:tcPr>
          <w:p w14:paraId="1933AEB3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Nome e Cognome</w:t>
            </w:r>
          </w:p>
        </w:tc>
        <w:tc>
          <w:tcPr>
            <w:tcW w:w="2867" w:type="dxa"/>
            <w:vAlign w:val="center"/>
          </w:tcPr>
          <w:p w14:paraId="6EC1DB12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27" w:type="dxa"/>
            <w:vAlign w:val="center"/>
          </w:tcPr>
          <w:p w14:paraId="1DFE3DC6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Telefono</w:t>
            </w:r>
          </w:p>
        </w:tc>
        <w:tc>
          <w:tcPr>
            <w:tcW w:w="2370" w:type="dxa"/>
            <w:vAlign w:val="center"/>
          </w:tcPr>
          <w:p w14:paraId="3D948EB3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</w:tr>
      <w:tr w:rsidR="005A07A8" w:rsidRPr="00073499" w14:paraId="7F02C73E" w14:textId="77777777" w:rsidTr="00073499">
        <w:trPr>
          <w:jc w:val="center"/>
        </w:trPr>
        <w:tc>
          <w:tcPr>
            <w:tcW w:w="2798" w:type="dxa"/>
            <w:vAlign w:val="center"/>
          </w:tcPr>
          <w:p w14:paraId="54DB2D58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Email</w:t>
            </w:r>
          </w:p>
        </w:tc>
        <w:tc>
          <w:tcPr>
            <w:tcW w:w="2867" w:type="dxa"/>
            <w:vAlign w:val="center"/>
          </w:tcPr>
          <w:p w14:paraId="776776A9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27" w:type="dxa"/>
            <w:vAlign w:val="center"/>
          </w:tcPr>
          <w:p w14:paraId="57402E99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PEC (se disponibile)</w:t>
            </w:r>
          </w:p>
        </w:tc>
        <w:tc>
          <w:tcPr>
            <w:tcW w:w="2370" w:type="dxa"/>
            <w:vAlign w:val="center"/>
          </w:tcPr>
          <w:p w14:paraId="54489180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</w:tr>
      <w:tr w:rsidR="005A07A8" w:rsidRPr="00073499" w14:paraId="62F08CE4" w14:textId="77777777" w:rsidTr="00073499">
        <w:trPr>
          <w:trHeight w:val="613"/>
          <w:jc w:val="center"/>
        </w:trPr>
        <w:tc>
          <w:tcPr>
            <w:tcW w:w="2798" w:type="dxa"/>
            <w:vAlign w:val="center"/>
          </w:tcPr>
          <w:p w14:paraId="28A29D5F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Residenza/Comune</w:t>
            </w:r>
          </w:p>
        </w:tc>
        <w:tc>
          <w:tcPr>
            <w:tcW w:w="2867" w:type="dxa"/>
            <w:vAlign w:val="center"/>
          </w:tcPr>
          <w:p w14:paraId="017C0521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27" w:type="dxa"/>
            <w:vAlign w:val="center"/>
          </w:tcPr>
          <w:p w14:paraId="0DDD7EA2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CAP</w:t>
            </w:r>
          </w:p>
        </w:tc>
        <w:tc>
          <w:tcPr>
            <w:tcW w:w="2370" w:type="dxa"/>
            <w:vAlign w:val="center"/>
          </w:tcPr>
          <w:p w14:paraId="054FD6D0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</w:tr>
      <w:tr w:rsidR="00073499" w:rsidRPr="00A836A8" w14:paraId="3FCD8507" w14:textId="77777777" w:rsidTr="00073499">
        <w:trPr>
          <w:jc w:val="center"/>
        </w:trPr>
        <w:tc>
          <w:tcPr>
            <w:tcW w:w="2798" w:type="dxa"/>
            <w:vAlign w:val="center"/>
          </w:tcPr>
          <w:p w14:paraId="4159E62D" w14:textId="77777777" w:rsidR="00073499" w:rsidRPr="00073499" w:rsidRDefault="00073499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In qualità di (barrare)</w:t>
            </w:r>
          </w:p>
        </w:tc>
        <w:tc>
          <w:tcPr>
            <w:tcW w:w="7164" w:type="dxa"/>
            <w:gridSpan w:val="3"/>
            <w:vAlign w:val="center"/>
          </w:tcPr>
          <w:p w14:paraId="6EF172C9" w14:textId="7667CB60" w:rsidR="00073499" w:rsidRPr="00073499" w:rsidRDefault="00073499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="Segoe UI Symbol" w:hAnsi="Segoe UI Symbol" w:cs="Segoe UI Symbol"/>
                <w:lang w:val="it-IT"/>
              </w:rPr>
              <w:t>☐</w:t>
            </w:r>
            <w:r w:rsidRPr="00073499">
              <w:rPr>
                <w:rFonts w:asciiTheme="minorHAnsi" w:hAnsiTheme="minorHAnsi"/>
                <w:lang w:val="it-IT"/>
              </w:rPr>
              <w:t xml:space="preserve"> Cittadino/a  </w:t>
            </w:r>
            <w:r w:rsidRPr="00073499">
              <w:rPr>
                <w:rFonts w:ascii="Segoe UI Symbol" w:hAnsi="Segoe UI Symbol" w:cs="Segoe UI Symbol"/>
                <w:lang w:val="it-IT"/>
              </w:rPr>
              <w:t>☐</w:t>
            </w:r>
            <w:r w:rsidRPr="00073499">
              <w:rPr>
                <w:rFonts w:asciiTheme="minorHAnsi" w:hAnsiTheme="minorHAnsi"/>
                <w:lang w:val="it-IT"/>
              </w:rPr>
              <w:t xml:space="preserve"> Associazione/Comitato  </w:t>
            </w:r>
            <w:r w:rsidRPr="00073499">
              <w:rPr>
                <w:rFonts w:ascii="Segoe UI Symbol" w:hAnsi="Segoe UI Symbol" w:cs="Segoe UI Symbol"/>
                <w:lang w:val="it-IT"/>
              </w:rPr>
              <w:t>☐</w:t>
            </w:r>
            <w:r w:rsidRPr="00073499">
              <w:rPr>
                <w:rFonts w:asciiTheme="minorHAnsi" w:hAnsiTheme="minorHAnsi"/>
                <w:lang w:val="it-IT"/>
              </w:rPr>
              <w:t xml:space="preserve"> Impresa  </w:t>
            </w:r>
            <w:r w:rsidRPr="00073499">
              <w:rPr>
                <w:rFonts w:ascii="Segoe UI Symbol" w:hAnsi="Segoe UI Symbol" w:cs="Segoe UI Symbol"/>
                <w:lang w:val="it-IT"/>
              </w:rPr>
              <w:t>☐</w:t>
            </w:r>
            <w:r w:rsidRPr="00073499">
              <w:rPr>
                <w:rFonts w:asciiTheme="minorHAnsi" w:hAnsiTheme="minorHAnsi"/>
                <w:lang w:val="it-IT"/>
              </w:rPr>
              <w:t xml:space="preserve"> Ente/Istituzione  </w:t>
            </w:r>
            <w:r w:rsidRPr="00073499">
              <w:rPr>
                <w:rFonts w:ascii="Segoe UI Symbol" w:hAnsi="Segoe UI Symbol" w:cs="Segoe UI Symbol"/>
                <w:lang w:val="it-IT"/>
              </w:rPr>
              <w:t>☐</w:t>
            </w:r>
            <w:r w:rsidRPr="00073499">
              <w:rPr>
                <w:rFonts w:asciiTheme="minorHAnsi" w:hAnsiTheme="minorHAnsi"/>
                <w:lang w:val="it-IT"/>
              </w:rPr>
              <w:t xml:space="preserve"> Professionista  </w:t>
            </w:r>
            <w:r w:rsidRPr="00073499">
              <w:rPr>
                <w:rFonts w:ascii="Segoe UI Symbol" w:hAnsi="Segoe UI Symbol" w:cs="Segoe UI Symbol"/>
                <w:lang w:val="it-IT"/>
              </w:rPr>
              <w:t>☐</w:t>
            </w:r>
            <w:r w:rsidRPr="00073499">
              <w:rPr>
                <w:rFonts w:asciiTheme="minorHAnsi" w:hAnsiTheme="minorHAnsi"/>
                <w:lang w:val="it-IT"/>
              </w:rPr>
              <w:t xml:space="preserve"> Altro: ________</w:t>
            </w:r>
          </w:p>
        </w:tc>
      </w:tr>
      <w:tr w:rsidR="005A07A8" w:rsidRPr="00A836A8" w14:paraId="4D6A0F62" w14:textId="77777777" w:rsidTr="00073499">
        <w:trPr>
          <w:jc w:val="center"/>
        </w:trPr>
        <w:tc>
          <w:tcPr>
            <w:tcW w:w="2798" w:type="dxa"/>
            <w:vAlign w:val="center"/>
          </w:tcPr>
          <w:p w14:paraId="4A7528B2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Denominazione ente/associazione/impresa (se applicabile)</w:t>
            </w:r>
          </w:p>
        </w:tc>
        <w:tc>
          <w:tcPr>
            <w:tcW w:w="2867" w:type="dxa"/>
            <w:vAlign w:val="center"/>
          </w:tcPr>
          <w:p w14:paraId="0BA715A0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27" w:type="dxa"/>
            <w:vAlign w:val="center"/>
          </w:tcPr>
          <w:p w14:paraId="23F55040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CF/P.IVA (se applicabile)</w:t>
            </w:r>
          </w:p>
        </w:tc>
        <w:tc>
          <w:tcPr>
            <w:tcW w:w="2370" w:type="dxa"/>
            <w:vAlign w:val="center"/>
          </w:tcPr>
          <w:p w14:paraId="151478C6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</w:tr>
      <w:tr w:rsidR="005A07A8" w:rsidRPr="00073499" w14:paraId="58F06C3D" w14:textId="77777777" w:rsidTr="00073499">
        <w:trPr>
          <w:trHeight w:val="727"/>
          <w:jc w:val="center"/>
        </w:trPr>
        <w:tc>
          <w:tcPr>
            <w:tcW w:w="2798" w:type="dxa"/>
            <w:vAlign w:val="center"/>
          </w:tcPr>
          <w:p w14:paraId="78DCF911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Ruolo del firmatario (se applicabile)</w:t>
            </w:r>
          </w:p>
        </w:tc>
        <w:tc>
          <w:tcPr>
            <w:tcW w:w="2867" w:type="dxa"/>
            <w:vAlign w:val="center"/>
          </w:tcPr>
          <w:p w14:paraId="504BF28B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  <w:tc>
          <w:tcPr>
            <w:tcW w:w="1927" w:type="dxa"/>
            <w:vAlign w:val="center"/>
          </w:tcPr>
          <w:p w14:paraId="0CA49198" w14:textId="77777777" w:rsidR="005A07A8" w:rsidRPr="00073499" w:rsidRDefault="00B5481C">
            <w:pPr>
              <w:rPr>
                <w:rFonts w:asciiTheme="minorHAnsi" w:hAnsiTheme="minorHAnsi"/>
                <w:lang w:val="it-IT"/>
              </w:rPr>
            </w:pPr>
            <w:r w:rsidRPr="00073499">
              <w:rPr>
                <w:rFonts w:asciiTheme="minorHAnsi" w:hAnsiTheme="minorHAnsi"/>
                <w:lang w:val="it-IT"/>
              </w:rPr>
              <w:t>Note</w:t>
            </w:r>
          </w:p>
        </w:tc>
        <w:tc>
          <w:tcPr>
            <w:tcW w:w="2370" w:type="dxa"/>
            <w:vAlign w:val="center"/>
          </w:tcPr>
          <w:p w14:paraId="2072388E" w14:textId="77777777" w:rsidR="005A07A8" w:rsidRPr="00073499" w:rsidRDefault="005A07A8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1A753309" w14:textId="77777777" w:rsidR="005A07A8" w:rsidRPr="00073499" w:rsidRDefault="005A07A8" w:rsidP="00073499">
      <w:pPr>
        <w:spacing w:line="240" w:lineRule="auto"/>
        <w:rPr>
          <w:rFonts w:asciiTheme="minorHAnsi" w:hAnsiTheme="minorHAnsi"/>
        </w:rPr>
      </w:pPr>
    </w:p>
    <w:p w14:paraId="1D338FB4" w14:textId="77777777" w:rsidR="005A07A8" w:rsidRPr="00073499" w:rsidRDefault="00B5481C" w:rsidP="00073499">
      <w:pPr>
        <w:spacing w:line="240" w:lineRule="auto"/>
        <w:rPr>
          <w:rFonts w:asciiTheme="minorHAnsi" w:hAnsiTheme="minorHAnsi"/>
        </w:rPr>
      </w:pPr>
      <w:r w:rsidRPr="00073499">
        <w:rPr>
          <w:rFonts w:asciiTheme="minorHAnsi" w:hAnsiTheme="minorHAnsi"/>
          <w:b/>
        </w:rPr>
        <w:t>B) DISPONIBILITÀ AL COINVOLGIMENTO</w:t>
      </w:r>
    </w:p>
    <w:p w14:paraId="5E1C9F0A" w14:textId="77777777" w:rsidR="005A07A8" w:rsidRPr="00A836A8" w:rsidRDefault="00B5481C" w:rsidP="00073499">
      <w:pPr>
        <w:spacing w:line="240" w:lineRule="auto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lang w:val="it-IT"/>
        </w:rPr>
        <w:t>Indicare a quali attività si è disponibili (barrare una o più opzioni):</w:t>
      </w:r>
    </w:p>
    <w:p w14:paraId="0B0E3ABF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 w:line="240" w:lineRule="auto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Ricevere aggiornamenti (newsletter/avvisi).</w:t>
      </w:r>
    </w:p>
    <w:p w14:paraId="3BF06B62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 w:line="240" w:lineRule="auto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Compilare questionari o inviare segnalazioni e proposte.</w:t>
      </w:r>
    </w:p>
    <w:p w14:paraId="115458B5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 w:line="240" w:lineRule="auto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Partecipare a incontri pubblici e laboratori di ambito/tematici.</w:t>
      </w:r>
    </w:p>
    <w:p w14:paraId="6BDBE3E1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 w:line="240" w:lineRule="auto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Partecipare a tavoli tematici con portatori d’interesse (stakeholder).</w:t>
      </w:r>
    </w:p>
    <w:p w14:paraId="6DC21D8E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 w:line="240" w:lineRule="auto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Contribuire con dati, documenti, foto, mappe o materiali utili.</w:t>
      </w:r>
    </w:p>
    <w:p w14:paraId="2AF53E69" w14:textId="77777777" w:rsidR="005A07A8" w:rsidRPr="00A836A8" w:rsidRDefault="00B5481C" w:rsidP="00073499">
      <w:pPr>
        <w:spacing w:before="240" w:line="240" w:lineRule="auto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b/>
          <w:lang w:val="it-IT"/>
        </w:rPr>
        <w:t>C) AMBITI DI INTERESSE</w:t>
      </w:r>
    </w:p>
    <w:p w14:paraId="1D680907" w14:textId="77777777" w:rsidR="005A07A8" w:rsidRPr="00A836A8" w:rsidRDefault="00B5481C" w:rsidP="00073499">
      <w:pPr>
        <w:spacing w:line="240" w:lineRule="auto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lang w:val="it-IT"/>
        </w:rPr>
        <w:t>Selezionare gli ambiti di interesse (barrare una o più opzioni):</w:t>
      </w:r>
    </w:p>
    <w:p w14:paraId="3B2F24F0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 w:line="240" w:lineRule="auto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Strategia generale (intero territorio comunale).</w:t>
      </w:r>
    </w:p>
    <w:p w14:paraId="1AA8EB66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Ambiti urbani (Ambiti 1–4). Specificare area/quartiere: ____________________________</w:t>
      </w:r>
    </w:p>
    <w:p w14:paraId="5D5B6438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lastRenderedPageBreak/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Ambito 5 – Territorio rurale / paesaggi agricoli (Parco agricolo).</w:t>
      </w:r>
    </w:p>
    <w:p w14:paraId="1620B314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Ambito 6 – Area industriale (ASI) e margini immediati, inclusa fascia dei Regi Lagni.</w:t>
      </w:r>
    </w:p>
    <w:p w14:paraId="7F82CDF8" w14:textId="77777777" w:rsidR="005A07A8" w:rsidRPr="00A836A8" w:rsidRDefault="00B5481C" w:rsidP="00073499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Altro/trasversale: _________________________________________________</w:t>
      </w:r>
    </w:p>
    <w:p w14:paraId="0F9F5789" w14:textId="77777777" w:rsidR="005A07A8" w:rsidRPr="00A836A8" w:rsidRDefault="00B5481C" w:rsidP="00FB63BE">
      <w:pPr>
        <w:spacing w:before="240" w:after="0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b/>
          <w:lang w:val="it-IT"/>
        </w:rPr>
        <w:t>D) TEMI PRIORITARI (massimo 5)</w:t>
      </w:r>
    </w:p>
    <w:p w14:paraId="6EEDE30E" w14:textId="77777777" w:rsidR="005A07A8" w:rsidRPr="00A836A8" w:rsidRDefault="00B5481C" w:rsidP="00FB63BE">
      <w:pPr>
        <w:spacing w:after="0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lang w:val="it-IT"/>
        </w:rPr>
        <w:t>Indicare i temi ritenuti prioritari (barrare massimo cinque):</w:t>
      </w:r>
    </w:p>
    <w:p w14:paraId="372C8A72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Mobilità e sicurezza stradale.</w:t>
      </w:r>
    </w:p>
    <w:p w14:paraId="42C802B8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Spazio pubblico, decoro urbano e manutenzione.</w:t>
      </w:r>
    </w:p>
    <w:p w14:paraId="0E1D1561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Verde urbano, alberature e parchi.</w:t>
      </w:r>
    </w:p>
    <w:p w14:paraId="0CC9D720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Rifiuti, aree abbandonate e rigenerazione di margini/aree residuali.</w:t>
      </w:r>
    </w:p>
    <w:p w14:paraId="364E9289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Servizi e attrezzature pubbliche (scuole, impianti, luoghi di comunità).</w:t>
      </w:r>
    </w:p>
    <w:p w14:paraId="7F58562D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Cultura, identità dei luoghi e valorizzazione del paesaggio urbano.</w:t>
      </w:r>
    </w:p>
    <w:p w14:paraId="7AEEF654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Inclusione sociale e accessibilità.</w:t>
      </w:r>
    </w:p>
    <w:p w14:paraId="3C6CE9A1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Regi Lagni: qualità ambientale, mitigazione e fruizione compatibile.</w:t>
      </w:r>
    </w:p>
    <w:p w14:paraId="394B9BBB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Paesaggi rurali: filiere, pratiche sostenibili e biodiversità.</w:t>
      </w:r>
    </w:p>
    <w:p w14:paraId="24A23166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Sviluppo economico, attrattività e qualità dell’area produttiva/industriale.</w:t>
      </w:r>
    </w:p>
    <w:p w14:paraId="7D4DCF12" w14:textId="77777777" w:rsidR="005A07A8" w:rsidRPr="00A836A8" w:rsidRDefault="00B5481C" w:rsidP="00FB63BE">
      <w:pPr>
        <w:pStyle w:val="Puntoelenco"/>
        <w:numPr>
          <w:ilvl w:val="0"/>
          <w:numId w:val="0"/>
        </w:numPr>
        <w:spacing w:after="20"/>
        <w:ind w:left="360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b/>
          <w:lang w:val="it-IT"/>
        </w:rPr>
        <w:t>☐</w:t>
      </w:r>
      <w:r w:rsidRPr="00A836A8">
        <w:rPr>
          <w:rFonts w:asciiTheme="minorHAnsi" w:hAnsiTheme="minorHAnsi"/>
          <w:b/>
          <w:lang w:val="it-IT"/>
        </w:rPr>
        <w:t xml:space="preserve"> </w:t>
      </w:r>
      <w:r w:rsidRPr="00A836A8">
        <w:rPr>
          <w:rFonts w:asciiTheme="minorHAnsi" w:hAnsiTheme="minorHAnsi"/>
          <w:lang w:val="it-IT"/>
        </w:rPr>
        <w:t>Altro: _________________________________________________</w:t>
      </w:r>
    </w:p>
    <w:p w14:paraId="0A83CC91" w14:textId="77777777" w:rsidR="005A07A8" w:rsidRPr="00A836A8" w:rsidRDefault="00B5481C" w:rsidP="00FB63BE">
      <w:pPr>
        <w:spacing w:before="240" w:after="0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b/>
          <w:lang w:val="it-IT"/>
        </w:rPr>
        <w:t>E) PROPOSTE E SEGNALAZIONI (facoltativo)</w:t>
      </w:r>
    </w:p>
    <w:p w14:paraId="7D4B9A42" w14:textId="77777777" w:rsidR="005A07A8" w:rsidRPr="00A836A8" w:rsidRDefault="00B5481C" w:rsidP="00FB63BE">
      <w:pPr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lang w:val="it-IT"/>
        </w:rPr>
        <w:t>Descrivere in modo sintetico una criticità e/o una proposta (luogo/tema):</w:t>
      </w:r>
    </w:p>
    <w:tbl>
      <w:tblPr>
        <w:tblStyle w:val="Grigliatabella"/>
        <w:tblW w:w="101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2"/>
      </w:tblGrid>
      <w:tr w:rsidR="00073499" w:rsidRPr="00A836A8" w14:paraId="46ED3914" w14:textId="77777777" w:rsidTr="00073499">
        <w:trPr>
          <w:trHeight w:val="329"/>
        </w:trPr>
        <w:tc>
          <w:tcPr>
            <w:tcW w:w="10192" w:type="dxa"/>
            <w:tcBorders>
              <w:bottom w:val="single" w:sz="4" w:space="0" w:color="auto"/>
            </w:tcBorders>
          </w:tcPr>
          <w:p w14:paraId="02E283F6" w14:textId="77777777" w:rsidR="00073499" w:rsidRPr="00A836A8" w:rsidRDefault="00073499" w:rsidP="00FB63BE">
            <w:pPr>
              <w:rPr>
                <w:rFonts w:asciiTheme="minorHAnsi" w:hAnsiTheme="minorHAnsi"/>
                <w:lang w:val="it-IT"/>
              </w:rPr>
            </w:pPr>
          </w:p>
        </w:tc>
      </w:tr>
      <w:tr w:rsidR="00073499" w:rsidRPr="00A836A8" w14:paraId="21DE8753" w14:textId="77777777" w:rsidTr="00073499">
        <w:trPr>
          <w:trHeight w:val="329"/>
        </w:trPr>
        <w:tc>
          <w:tcPr>
            <w:tcW w:w="10192" w:type="dxa"/>
            <w:tcBorders>
              <w:top w:val="single" w:sz="4" w:space="0" w:color="auto"/>
              <w:bottom w:val="single" w:sz="4" w:space="0" w:color="auto"/>
            </w:tcBorders>
          </w:tcPr>
          <w:p w14:paraId="15B37D67" w14:textId="77777777" w:rsidR="00073499" w:rsidRPr="00A836A8" w:rsidRDefault="00073499" w:rsidP="00FB63BE">
            <w:pPr>
              <w:rPr>
                <w:rFonts w:asciiTheme="minorHAnsi" w:hAnsiTheme="minorHAnsi"/>
                <w:lang w:val="it-IT"/>
              </w:rPr>
            </w:pPr>
          </w:p>
        </w:tc>
      </w:tr>
      <w:tr w:rsidR="00073499" w:rsidRPr="00A836A8" w14:paraId="4CEC3958" w14:textId="77777777" w:rsidTr="00073499">
        <w:trPr>
          <w:trHeight w:val="316"/>
        </w:trPr>
        <w:tc>
          <w:tcPr>
            <w:tcW w:w="10192" w:type="dxa"/>
            <w:tcBorders>
              <w:top w:val="single" w:sz="4" w:space="0" w:color="auto"/>
              <w:bottom w:val="single" w:sz="4" w:space="0" w:color="auto"/>
            </w:tcBorders>
          </w:tcPr>
          <w:p w14:paraId="70FA49C0" w14:textId="77777777" w:rsidR="00073499" w:rsidRPr="00A836A8" w:rsidRDefault="00073499" w:rsidP="00FB63BE">
            <w:pPr>
              <w:rPr>
                <w:rFonts w:asciiTheme="minorHAnsi" w:hAnsiTheme="minorHAnsi"/>
                <w:lang w:val="it-IT"/>
              </w:rPr>
            </w:pPr>
          </w:p>
        </w:tc>
      </w:tr>
      <w:tr w:rsidR="00073499" w:rsidRPr="00A836A8" w14:paraId="241A5626" w14:textId="77777777" w:rsidTr="00073499">
        <w:trPr>
          <w:trHeight w:val="329"/>
        </w:trPr>
        <w:tc>
          <w:tcPr>
            <w:tcW w:w="10192" w:type="dxa"/>
            <w:tcBorders>
              <w:top w:val="single" w:sz="4" w:space="0" w:color="auto"/>
              <w:bottom w:val="single" w:sz="4" w:space="0" w:color="auto"/>
            </w:tcBorders>
          </w:tcPr>
          <w:p w14:paraId="1D60C2B5" w14:textId="77777777" w:rsidR="00073499" w:rsidRPr="00A836A8" w:rsidRDefault="00073499" w:rsidP="00FB63BE">
            <w:pPr>
              <w:rPr>
                <w:rFonts w:asciiTheme="minorHAnsi" w:hAnsiTheme="minorHAnsi"/>
                <w:lang w:val="it-IT"/>
              </w:rPr>
            </w:pPr>
          </w:p>
        </w:tc>
      </w:tr>
      <w:tr w:rsidR="00073499" w:rsidRPr="00A836A8" w14:paraId="223FF830" w14:textId="77777777" w:rsidTr="00073499">
        <w:trPr>
          <w:trHeight w:val="329"/>
        </w:trPr>
        <w:tc>
          <w:tcPr>
            <w:tcW w:w="10192" w:type="dxa"/>
            <w:tcBorders>
              <w:top w:val="single" w:sz="4" w:space="0" w:color="auto"/>
              <w:bottom w:val="single" w:sz="4" w:space="0" w:color="auto"/>
            </w:tcBorders>
          </w:tcPr>
          <w:p w14:paraId="2167B2B8" w14:textId="77777777" w:rsidR="00073499" w:rsidRPr="00A836A8" w:rsidRDefault="00073499" w:rsidP="00FB63BE">
            <w:pPr>
              <w:rPr>
                <w:rFonts w:asciiTheme="minorHAnsi" w:hAnsiTheme="minorHAnsi"/>
                <w:lang w:val="it-IT"/>
              </w:rPr>
            </w:pPr>
          </w:p>
        </w:tc>
      </w:tr>
      <w:tr w:rsidR="00073499" w:rsidRPr="00A836A8" w14:paraId="108435C8" w14:textId="77777777" w:rsidTr="00073499">
        <w:trPr>
          <w:trHeight w:val="329"/>
        </w:trPr>
        <w:tc>
          <w:tcPr>
            <w:tcW w:w="10192" w:type="dxa"/>
            <w:tcBorders>
              <w:top w:val="single" w:sz="4" w:space="0" w:color="auto"/>
              <w:bottom w:val="single" w:sz="4" w:space="0" w:color="auto"/>
            </w:tcBorders>
          </w:tcPr>
          <w:p w14:paraId="0B211DE3" w14:textId="77777777" w:rsidR="00073499" w:rsidRPr="00A836A8" w:rsidRDefault="00073499" w:rsidP="00FB63BE">
            <w:pPr>
              <w:rPr>
                <w:rFonts w:asciiTheme="minorHAnsi" w:hAnsiTheme="minorHAnsi"/>
                <w:lang w:val="it-IT"/>
              </w:rPr>
            </w:pPr>
          </w:p>
        </w:tc>
      </w:tr>
    </w:tbl>
    <w:p w14:paraId="28C92D83" w14:textId="77777777" w:rsidR="005A07A8" w:rsidRPr="00A836A8" w:rsidRDefault="00B5481C" w:rsidP="00FB63BE">
      <w:pPr>
        <w:spacing w:after="0" w:line="240" w:lineRule="auto"/>
        <w:rPr>
          <w:rFonts w:asciiTheme="minorHAnsi" w:hAnsiTheme="minorHAnsi"/>
          <w:lang w:val="it-IT"/>
        </w:rPr>
      </w:pPr>
      <w:r w:rsidRPr="00A836A8">
        <w:rPr>
          <w:rFonts w:asciiTheme="minorHAnsi" w:hAnsiTheme="minorHAnsi"/>
          <w:b/>
          <w:lang w:val="it-IT"/>
        </w:rPr>
        <w:t>F) MODALITÀ DI CONTATTO PREFERITA</w:t>
      </w:r>
    </w:p>
    <w:p w14:paraId="48E3C2BF" w14:textId="77777777" w:rsidR="005A07A8" w:rsidRPr="00A836A8" w:rsidRDefault="00B5481C" w:rsidP="00FB63BE">
      <w:pPr>
        <w:spacing w:after="0" w:line="240" w:lineRule="auto"/>
        <w:rPr>
          <w:rFonts w:asciiTheme="minorHAnsi" w:hAnsiTheme="minorHAnsi"/>
          <w:lang w:val="it-IT"/>
        </w:rPr>
      </w:pPr>
      <w:r w:rsidRPr="00A836A8">
        <w:rPr>
          <w:rFonts w:ascii="Segoe UI Symbol" w:hAnsi="Segoe UI Symbol" w:cs="Segoe UI Symbol"/>
          <w:lang w:val="it-IT"/>
        </w:rPr>
        <w:t>☐</w:t>
      </w:r>
      <w:r w:rsidRPr="00A836A8">
        <w:rPr>
          <w:rFonts w:asciiTheme="minorHAnsi" w:hAnsiTheme="minorHAnsi"/>
          <w:lang w:val="it-IT"/>
        </w:rPr>
        <w:t xml:space="preserve"> Email   </w:t>
      </w:r>
      <w:r w:rsidRPr="00A836A8">
        <w:rPr>
          <w:rFonts w:ascii="Segoe UI Symbol" w:hAnsi="Segoe UI Symbol" w:cs="Segoe UI Symbol"/>
          <w:lang w:val="it-IT"/>
        </w:rPr>
        <w:t>☐</w:t>
      </w:r>
      <w:r w:rsidRPr="00A836A8">
        <w:rPr>
          <w:rFonts w:asciiTheme="minorHAnsi" w:hAnsiTheme="minorHAnsi"/>
          <w:lang w:val="it-IT"/>
        </w:rPr>
        <w:t xml:space="preserve"> Telefono   </w:t>
      </w:r>
      <w:r w:rsidRPr="00A836A8">
        <w:rPr>
          <w:rFonts w:ascii="Segoe UI Symbol" w:hAnsi="Segoe UI Symbol" w:cs="Segoe UI Symbol"/>
          <w:lang w:val="it-IT"/>
        </w:rPr>
        <w:t>☐</w:t>
      </w:r>
      <w:r w:rsidRPr="00A836A8">
        <w:rPr>
          <w:rFonts w:asciiTheme="minorHAnsi" w:hAnsiTheme="minorHAnsi"/>
          <w:lang w:val="it-IT"/>
        </w:rPr>
        <w:t xml:space="preserve"> PEC   </w:t>
      </w:r>
      <w:r w:rsidRPr="00A836A8">
        <w:rPr>
          <w:rFonts w:ascii="Segoe UI Symbol" w:hAnsi="Segoe UI Symbol" w:cs="Segoe UI Symbol"/>
          <w:lang w:val="it-IT"/>
        </w:rPr>
        <w:t>☐</w:t>
      </w:r>
      <w:r w:rsidRPr="00A836A8">
        <w:rPr>
          <w:rFonts w:asciiTheme="minorHAnsi" w:hAnsiTheme="minorHAnsi"/>
          <w:lang w:val="it-IT"/>
        </w:rPr>
        <w:t xml:space="preserve"> Altro: _______________________</w:t>
      </w:r>
    </w:p>
    <w:p w14:paraId="64B2F027" w14:textId="77777777" w:rsidR="005A07A8" w:rsidRPr="00A836A8" w:rsidRDefault="005A07A8" w:rsidP="00FB63BE">
      <w:pPr>
        <w:spacing w:after="0" w:line="240" w:lineRule="auto"/>
        <w:rPr>
          <w:rFonts w:asciiTheme="minorHAnsi" w:hAnsiTheme="minorHAnsi"/>
          <w:lang w:val="it-IT"/>
        </w:rPr>
      </w:pPr>
    </w:p>
    <w:p w14:paraId="3FB3EF0B" w14:textId="77777777" w:rsidR="005A07A8" w:rsidRPr="00A836A8" w:rsidRDefault="00B5481C" w:rsidP="00FB63BE">
      <w:pPr>
        <w:spacing w:after="0" w:line="240" w:lineRule="auto"/>
        <w:jc w:val="both"/>
        <w:rPr>
          <w:rFonts w:asciiTheme="minorHAnsi" w:hAnsiTheme="minorHAnsi"/>
          <w:sz w:val="16"/>
          <w:szCs w:val="16"/>
          <w:lang w:val="it-IT"/>
        </w:rPr>
      </w:pPr>
      <w:r w:rsidRPr="00A836A8">
        <w:rPr>
          <w:rFonts w:asciiTheme="minorHAnsi" w:hAnsiTheme="minorHAnsi"/>
          <w:b/>
          <w:sz w:val="16"/>
          <w:szCs w:val="16"/>
          <w:lang w:val="it-IT"/>
        </w:rPr>
        <w:t>INFORMATIVA PRIVACY (sintesi)</w:t>
      </w:r>
    </w:p>
    <w:p w14:paraId="74E661E5" w14:textId="77777777" w:rsidR="005A07A8" w:rsidRPr="00A836A8" w:rsidRDefault="00B5481C" w:rsidP="00FB63BE">
      <w:pPr>
        <w:spacing w:after="0"/>
        <w:jc w:val="both"/>
        <w:rPr>
          <w:rFonts w:asciiTheme="minorHAnsi" w:hAnsiTheme="minorHAnsi"/>
          <w:sz w:val="16"/>
          <w:szCs w:val="16"/>
          <w:lang w:val="it-IT"/>
        </w:rPr>
      </w:pPr>
      <w:r w:rsidRPr="00A836A8">
        <w:rPr>
          <w:rFonts w:asciiTheme="minorHAnsi" w:hAnsiTheme="minorHAnsi"/>
          <w:sz w:val="16"/>
          <w:szCs w:val="16"/>
          <w:lang w:val="it-IT"/>
        </w:rPr>
        <w:t>Ai sensi del Reg. UE 2016/679 (GDPR), i dati saranno trattati dal Comune di Marcianise esclusivamente per finalità connesse all’organizzazione e gestione del percorso partecipativo (convocazioni, aggiornamenti, report di partecipazione, gestione dei contributi). Base giuridica: esecuzione di un compito di interesse pubblico. I dati saranno conservati per il tempo necessario alla gestione del procedimento e secondo gli obblighi di legge. L’interessato può esercitare i diritti previsti dagli artt. 15–22 GDPR contattando il Comune e/o il DPO ai recapiti istituzionali.</w:t>
      </w:r>
    </w:p>
    <w:p w14:paraId="136CF75E" w14:textId="77777777" w:rsidR="00FB63BE" w:rsidRPr="00A836A8" w:rsidRDefault="00FB63BE" w:rsidP="00FB63BE">
      <w:pPr>
        <w:spacing w:after="40"/>
        <w:jc w:val="both"/>
        <w:rPr>
          <w:rFonts w:ascii="Times New Roman" w:hAnsi="Times New Roman" w:cs="Times New Roman"/>
          <w:i/>
          <w:iCs/>
          <w:sz w:val="18"/>
          <w:lang w:val="it-IT"/>
        </w:rPr>
      </w:pPr>
    </w:p>
    <w:p w14:paraId="35DEBC8F" w14:textId="03C764A6" w:rsidR="00FB63BE" w:rsidRPr="00A836A8" w:rsidRDefault="00FB63BE" w:rsidP="00FB63BE">
      <w:pPr>
        <w:spacing w:after="40"/>
        <w:jc w:val="both"/>
        <w:rPr>
          <w:rFonts w:ascii="Times New Roman" w:hAnsi="Times New Roman" w:cs="Times New Roman"/>
          <w:sz w:val="18"/>
          <w:lang w:val="it-IT"/>
        </w:rPr>
      </w:pPr>
      <w:r w:rsidRPr="00A836A8">
        <w:rPr>
          <w:rFonts w:ascii="Times New Roman" w:hAnsi="Times New Roman" w:cs="Times New Roman"/>
          <w:i/>
          <w:iCs/>
          <w:sz w:val="18"/>
          <w:lang w:val="it-IT"/>
        </w:rPr>
        <w:t>Informazioni e contatti: VII Settore - P.N.R.R. Rigenerazione Urbana e Sviluppo Sostenibile</w:t>
      </w:r>
    </w:p>
    <w:p w14:paraId="3CF49403" w14:textId="77777777" w:rsidR="00FB63BE" w:rsidRPr="00A836A8" w:rsidRDefault="00FB63BE" w:rsidP="00FB63BE">
      <w:pPr>
        <w:spacing w:after="40"/>
        <w:jc w:val="both"/>
        <w:rPr>
          <w:rFonts w:ascii="Times New Roman" w:hAnsi="Times New Roman" w:cs="Times New Roman"/>
          <w:sz w:val="18"/>
          <w:lang w:val="it-IT"/>
        </w:rPr>
      </w:pPr>
      <w:r w:rsidRPr="00A836A8">
        <w:rPr>
          <w:rFonts w:ascii="Times New Roman" w:hAnsi="Times New Roman" w:cs="Times New Roman"/>
          <w:i/>
          <w:iCs/>
          <w:sz w:val="18"/>
          <w:lang w:val="it-IT"/>
        </w:rPr>
        <w:t xml:space="preserve">E-mail: </w:t>
      </w:r>
      <w:hyperlink r:id="rId8" w:history="1">
        <w:r w:rsidRPr="00A836A8">
          <w:rPr>
            <w:rStyle w:val="Collegamentoipertestuale"/>
            <w:rFonts w:ascii="Times New Roman" w:hAnsi="Times New Roman" w:cs="Times New Roman"/>
            <w:i/>
            <w:iCs/>
            <w:sz w:val="18"/>
            <w:lang w:val="it-IT"/>
          </w:rPr>
          <w:t>rigenerazioneurbana@comune.marcianise.ce.it</w:t>
        </w:r>
      </w:hyperlink>
      <w:r w:rsidRPr="00A836A8">
        <w:rPr>
          <w:rFonts w:ascii="Times New Roman" w:hAnsi="Times New Roman" w:cs="Times New Roman"/>
          <w:i/>
          <w:iCs/>
          <w:sz w:val="18"/>
          <w:lang w:val="it-IT"/>
        </w:rPr>
        <w:t xml:space="preserve">    Tel: 0823 635222 </w:t>
      </w:r>
    </w:p>
    <w:p w14:paraId="0DDF1DAC" w14:textId="77777777" w:rsidR="00FB63BE" w:rsidRPr="00A836A8" w:rsidRDefault="00FB63BE" w:rsidP="00FB63BE">
      <w:pPr>
        <w:spacing w:after="40"/>
        <w:jc w:val="both"/>
        <w:rPr>
          <w:rFonts w:ascii="Times New Roman" w:hAnsi="Times New Roman" w:cs="Times New Roman"/>
          <w:lang w:val="it-IT"/>
        </w:rPr>
      </w:pPr>
      <w:r w:rsidRPr="00A836A8">
        <w:rPr>
          <w:rFonts w:ascii="Times New Roman" w:hAnsi="Times New Roman" w:cs="Times New Roman"/>
          <w:i/>
          <w:iCs/>
          <w:sz w:val="18"/>
          <w:lang w:val="it-IT"/>
        </w:rPr>
        <w:t>www. https://www.comune.marcianise.ce.it/it-it/home</w:t>
      </w:r>
    </w:p>
    <w:p w14:paraId="3AC6B8FF" w14:textId="3784A3E0" w:rsidR="005A07A8" w:rsidRPr="00073499" w:rsidRDefault="00B5481C" w:rsidP="00FB63BE">
      <w:pPr>
        <w:spacing w:before="240"/>
        <w:rPr>
          <w:rFonts w:asciiTheme="minorHAnsi" w:hAnsiTheme="minorHAnsi"/>
        </w:rPr>
      </w:pPr>
      <w:proofErr w:type="spellStart"/>
      <w:r w:rsidRPr="00073499">
        <w:rPr>
          <w:rFonts w:asciiTheme="minorHAnsi" w:hAnsiTheme="minorHAnsi"/>
        </w:rPr>
        <w:t>Luogo</w:t>
      </w:r>
      <w:proofErr w:type="spellEnd"/>
      <w:r w:rsidRPr="00073499">
        <w:rPr>
          <w:rFonts w:asciiTheme="minorHAnsi" w:hAnsiTheme="minorHAnsi"/>
        </w:rPr>
        <w:t xml:space="preserve"> e data ____________________________    </w:t>
      </w:r>
      <w:r w:rsidR="00FB63BE">
        <w:rPr>
          <w:rFonts w:asciiTheme="minorHAnsi" w:hAnsiTheme="minorHAnsi"/>
        </w:rPr>
        <w:tab/>
      </w:r>
      <w:r w:rsidR="00FB63BE">
        <w:rPr>
          <w:rFonts w:asciiTheme="minorHAnsi" w:hAnsiTheme="minorHAnsi"/>
        </w:rPr>
        <w:tab/>
      </w:r>
      <w:r w:rsidR="00FB63BE">
        <w:rPr>
          <w:rFonts w:asciiTheme="minorHAnsi" w:hAnsiTheme="minorHAnsi"/>
        </w:rPr>
        <w:tab/>
      </w:r>
      <w:proofErr w:type="gramStart"/>
      <w:r w:rsidR="00FB63BE">
        <w:rPr>
          <w:rFonts w:asciiTheme="minorHAnsi" w:hAnsiTheme="minorHAnsi"/>
        </w:rPr>
        <w:tab/>
      </w:r>
      <w:r w:rsidRPr="00073499">
        <w:rPr>
          <w:rFonts w:asciiTheme="minorHAnsi" w:hAnsiTheme="minorHAnsi"/>
        </w:rPr>
        <w:t xml:space="preserve">  </w:t>
      </w:r>
      <w:proofErr w:type="spellStart"/>
      <w:r w:rsidRPr="00073499">
        <w:rPr>
          <w:rFonts w:asciiTheme="minorHAnsi" w:hAnsiTheme="minorHAnsi"/>
        </w:rPr>
        <w:t>Firma</w:t>
      </w:r>
      <w:proofErr w:type="spellEnd"/>
      <w:proofErr w:type="gramEnd"/>
      <w:r w:rsidRPr="00073499">
        <w:rPr>
          <w:rFonts w:asciiTheme="minorHAnsi" w:hAnsiTheme="minorHAnsi"/>
        </w:rPr>
        <w:t xml:space="preserve"> ____________________________</w:t>
      </w:r>
    </w:p>
    <w:sectPr w:rsidR="005A07A8" w:rsidRPr="00073499" w:rsidSect="00FB63BE">
      <w:headerReference w:type="default" r:id="rId9"/>
      <w:pgSz w:w="12240" w:h="15840"/>
      <w:pgMar w:top="1134" w:right="1134" w:bottom="1134" w:left="1134" w:header="720" w:footer="1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20FC0" w14:textId="77777777" w:rsidR="00073499" w:rsidRDefault="00073499" w:rsidP="00073499">
      <w:pPr>
        <w:spacing w:after="0" w:line="240" w:lineRule="auto"/>
      </w:pPr>
      <w:r>
        <w:separator/>
      </w:r>
    </w:p>
  </w:endnote>
  <w:endnote w:type="continuationSeparator" w:id="0">
    <w:p w14:paraId="654647D0" w14:textId="77777777" w:rsidR="00073499" w:rsidRDefault="00073499" w:rsidP="0007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D5F5C" w14:textId="77777777" w:rsidR="00073499" w:rsidRDefault="00073499" w:rsidP="00073499">
      <w:pPr>
        <w:spacing w:after="0" w:line="240" w:lineRule="auto"/>
      </w:pPr>
      <w:r>
        <w:separator/>
      </w:r>
    </w:p>
  </w:footnote>
  <w:footnote w:type="continuationSeparator" w:id="0">
    <w:p w14:paraId="33F50ADB" w14:textId="77777777" w:rsidR="00073499" w:rsidRDefault="00073499" w:rsidP="00073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3"/>
      <w:gridCol w:w="5807"/>
      <w:gridCol w:w="2322"/>
    </w:tblGrid>
    <w:tr w:rsidR="00A836A8" w:rsidRPr="00FB24D4" w14:paraId="50236DD9" w14:textId="2DD5779B" w:rsidTr="00A836A8">
      <w:tc>
        <w:tcPr>
          <w:tcW w:w="1843" w:type="dxa"/>
        </w:tcPr>
        <w:p w14:paraId="41A76581" w14:textId="77777777" w:rsidR="00A836A8" w:rsidRPr="00FB24D4" w:rsidRDefault="00A836A8" w:rsidP="00073499">
          <w:pPr>
            <w:pStyle w:val="Intestazione"/>
            <w:jc w:val="center"/>
          </w:pPr>
          <w:r w:rsidRPr="00FB24D4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A39FA84" wp14:editId="1D4C8E3F">
                <wp:simplePos x="0" y="0"/>
                <wp:positionH relativeFrom="column">
                  <wp:posOffset>12700</wp:posOffset>
                </wp:positionH>
                <wp:positionV relativeFrom="paragraph">
                  <wp:posOffset>152400</wp:posOffset>
                </wp:positionV>
                <wp:extent cx="628536" cy="658624"/>
                <wp:effectExtent l="0" t="0" r="635" b="8255"/>
                <wp:wrapNone/>
                <wp:docPr id="174836408" name="Immagine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A436A2AA-F729-8831-4479-D371ADB5A768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magine 17">
                          <a:extLst>
                            <a:ext uri="{FF2B5EF4-FFF2-40B4-BE49-F238E27FC236}">
                              <a16:creationId xmlns:a16="http://schemas.microsoft.com/office/drawing/2014/main" id="{A436A2AA-F729-8831-4479-D371ADB5A76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536" cy="658624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07" w:type="dxa"/>
          <w:vAlign w:val="center"/>
        </w:tcPr>
        <w:p w14:paraId="4DEDCD1F" w14:textId="77777777" w:rsidR="00A836A8" w:rsidRPr="00A836A8" w:rsidRDefault="00A836A8" w:rsidP="00073499">
          <w:pPr>
            <w:pStyle w:val="Titolo4"/>
            <w:snapToGrid w:val="0"/>
            <w:jc w:val="center"/>
            <w:rPr>
              <w:rFonts w:ascii="Times New Roman" w:hAnsi="Times New Roman" w:cs="Times New Roman"/>
              <w:bCs w:val="0"/>
              <w:i w:val="0"/>
              <w:iCs w:val="0"/>
              <w:color w:val="auto"/>
              <w:sz w:val="32"/>
              <w:szCs w:val="32"/>
              <w:lang w:val="it-IT"/>
            </w:rPr>
          </w:pPr>
          <w:r w:rsidRPr="00A836A8">
            <w:rPr>
              <w:rFonts w:ascii="Times New Roman" w:hAnsi="Times New Roman" w:cs="Times New Roman"/>
              <w:bCs w:val="0"/>
              <w:i w:val="0"/>
              <w:iCs w:val="0"/>
              <w:color w:val="auto"/>
              <w:sz w:val="32"/>
              <w:szCs w:val="32"/>
              <w:lang w:val="it-IT"/>
            </w:rPr>
            <w:t>CITTÀ DI MARCIANISE</w:t>
          </w:r>
        </w:p>
        <w:p w14:paraId="36E2EE23" w14:textId="77777777" w:rsidR="00A836A8" w:rsidRPr="00A836A8" w:rsidRDefault="00A836A8" w:rsidP="00073499">
          <w:pPr>
            <w:jc w:val="center"/>
            <w:rPr>
              <w:rFonts w:ascii="Times New Roman" w:hAnsi="Times New Roman" w:cs="Times New Roman"/>
              <w:i/>
              <w:sz w:val="24"/>
              <w:szCs w:val="24"/>
              <w:lang w:val="it-IT"/>
            </w:rPr>
          </w:pPr>
          <w:r w:rsidRPr="00A836A8">
            <w:rPr>
              <w:rFonts w:ascii="Times New Roman" w:hAnsi="Times New Roman" w:cs="Times New Roman"/>
              <w:i/>
              <w:sz w:val="24"/>
              <w:szCs w:val="24"/>
              <w:lang w:val="it-IT"/>
            </w:rPr>
            <w:t>PROVINCIA DI CASERTA</w:t>
          </w:r>
        </w:p>
        <w:p w14:paraId="3747B592" w14:textId="77777777" w:rsidR="00A836A8" w:rsidRPr="00FB63BE" w:rsidRDefault="00A836A8" w:rsidP="00073499">
          <w:pPr>
            <w:jc w:val="center"/>
            <w:rPr>
              <w:rFonts w:ascii="Times New Roman" w:hAnsi="Times New Roman" w:cs="Times New Roman"/>
              <w:lang w:val="it-IT"/>
            </w:rPr>
          </w:pPr>
          <w:r w:rsidRPr="00FB63BE">
            <w:rPr>
              <w:rFonts w:ascii="Times New Roman" w:hAnsi="Times New Roman" w:cs="Times New Roman"/>
              <w:lang w:val="it-IT"/>
            </w:rPr>
            <w:t>VII Settore - P.N.R.R. Rigenerazione Urbana</w:t>
          </w:r>
        </w:p>
        <w:p w14:paraId="3938B924" w14:textId="007042C3" w:rsidR="00A836A8" w:rsidRPr="00FB63BE" w:rsidRDefault="00A836A8" w:rsidP="00FB63BE">
          <w:pPr>
            <w:jc w:val="center"/>
            <w:rPr>
              <w:rFonts w:ascii="Times New Roman" w:hAnsi="Times New Roman" w:cs="Times New Roman"/>
            </w:rPr>
          </w:pPr>
          <w:r w:rsidRPr="00FB63BE">
            <w:rPr>
              <w:rFonts w:ascii="Times New Roman" w:hAnsi="Times New Roman" w:cs="Times New Roman"/>
              <w:lang w:val="it-IT"/>
            </w:rPr>
            <w:t>e Sviluppo Sostenibile</w:t>
          </w:r>
        </w:p>
      </w:tc>
      <w:tc>
        <w:tcPr>
          <w:tcW w:w="2322" w:type="dxa"/>
        </w:tcPr>
        <w:p w14:paraId="715A49FA" w14:textId="2FD4DF67" w:rsidR="00A836A8" w:rsidRPr="00A836A8" w:rsidRDefault="00A836A8" w:rsidP="00073499">
          <w:pPr>
            <w:pStyle w:val="Titolo4"/>
            <w:snapToGrid w:val="0"/>
            <w:jc w:val="center"/>
            <w:rPr>
              <w:rFonts w:ascii="Times New Roman" w:hAnsi="Times New Roman" w:cs="Times New Roman"/>
              <w:bCs w:val="0"/>
              <w:i w:val="0"/>
              <w:iCs w:val="0"/>
              <w:color w:val="auto"/>
              <w:sz w:val="32"/>
              <w:szCs w:val="32"/>
              <w:lang w:val="it-IT"/>
            </w:rPr>
          </w:pPr>
          <w:r w:rsidRPr="00D8529B">
            <w:rPr>
              <w:b w:val="0"/>
              <w:noProof/>
              <w:sz w:val="20"/>
              <w:szCs w:val="20"/>
            </w:rPr>
            <w:drawing>
              <wp:inline distT="0" distB="0" distL="0" distR="0" wp14:anchorId="148B3555" wp14:editId="3B89B939">
                <wp:extent cx="1337310" cy="794162"/>
                <wp:effectExtent l="0" t="0" r="0" b="6350"/>
                <wp:docPr id="1438329731" name="Immagin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F073E2-72C9-6FA4-F678-1B04DCC1625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1">
                          <a:extLst>
                            <a:ext uri="{FF2B5EF4-FFF2-40B4-BE49-F238E27FC236}">
                              <a16:creationId xmlns:a16="http://schemas.microsoft.com/office/drawing/2014/main" id="{F2F073E2-72C9-6FA4-F678-1B04DCC16255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8023" cy="794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EB39587" w14:textId="77777777" w:rsidR="00073499" w:rsidRDefault="0007349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1499837">
    <w:abstractNumId w:val="8"/>
  </w:num>
  <w:num w:numId="2" w16cid:durableId="666441994">
    <w:abstractNumId w:val="6"/>
  </w:num>
  <w:num w:numId="3" w16cid:durableId="562369701">
    <w:abstractNumId w:val="5"/>
  </w:num>
  <w:num w:numId="4" w16cid:durableId="5719656">
    <w:abstractNumId w:val="4"/>
  </w:num>
  <w:num w:numId="5" w16cid:durableId="507984221">
    <w:abstractNumId w:val="7"/>
  </w:num>
  <w:num w:numId="6" w16cid:durableId="313459916">
    <w:abstractNumId w:val="3"/>
  </w:num>
  <w:num w:numId="7" w16cid:durableId="1580285150">
    <w:abstractNumId w:val="2"/>
  </w:num>
  <w:num w:numId="8" w16cid:durableId="542593168">
    <w:abstractNumId w:val="1"/>
  </w:num>
  <w:num w:numId="9" w16cid:durableId="1480341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3499"/>
    <w:rsid w:val="0015074B"/>
    <w:rsid w:val="0029639D"/>
    <w:rsid w:val="00313B7C"/>
    <w:rsid w:val="00326F90"/>
    <w:rsid w:val="0044598E"/>
    <w:rsid w:val="005A07A8"/>
    <w:rsid w:val="008670B8"/>
    <w:rsid w:val="00953EB5"/>
    <w:rsid w:val="009A04F6"/>
    <w:rsid w:val="00A836A8"/>
    <w:rsid w:val="00AA1D8D"/>
    <w:rsid w:val="00B47730"/>
    <w:rsid w:val="00B5481C"/>
    <w:rsid w:val="00B569FC"/>
    <w:rsid w:val="00C107A4"/>
    <w:rsid w:val="00CB0664"/>
    <w:rsid w:val="00F13A84"/>
    <w:rsid w:val="00FB63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E80EACF"/>
  <w14:defaultImageDpi w14:val="300"/>
  <w15:docId w15:val="{09D9ECD2-8265-4FAB-90D8-5B2B571F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Calibri" w:hAnsi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FB63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generazioneurbana@comune.marcianise.c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Elisa Niro</cp:lastModifiedBy>
  <cp:revision>7</cp:revision>
  <cp:lastPrinted>2026-03-17T15:33:00Z</cp:lastPrinted>
  <dcterms:created xsi:type="dcterms:W3CDTF">2026-03-06T11:51:00Z</dcterms:created>
  <dcterms:modified xsi:type="dcterms:W3CDTF">2026-03-17T15:34:00Z</dcterms:modified>
  <cp:category/>
</cp:coreProperties>
</file>